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R11 · Perfil competitivo verificável</w:t>
      </w:r>
    </w:p>
    <w:p>
      <w:r>
        <w:rPr>
          <w:b/>
        </w:rPr>
        <w:t xml:space="preserve">Para que serve. </w:t>
      </w:r>
      <w:r>
        <w:t>Situar movimentos competitivos e suas implicações.</w:t>
      </w:r>
    </w:p>
    <w:p>
      <w:r>
        <w:rPr>
          <w:b/>
        </w:rPr>
        <w:t xml:space="preserve">Quando usar. </w:t>
      </w:r>
      <w:r>
        <w:t>Antes de tomar uma decisão ou de atualizar o produto correspondente. Pode ser usado com uma planilha, um documento ou um caderno, sem licenças de software.</w:t>
      </w:r>
    </w:p>
    <w:p>
      <w:r>
        <w:rPr>
          <w:b/>
          <w:color w:val="4A1A64"/>
          <w:sz w:val="24"/>
        </w:rPr>
        <w:t>Como usar</w:t>
      </w:r>
    </w:p>
    <w:p>
      <w:r>
        <w:t>1. Comece pela decisão ou pergunta real que você precisa resolver e defina uma data de corte.</w:t>
      </w:r>
    </w:p>
    <w:p>
      <w:r>
        <w:t>2. Preencha apenas com informações verificáveis; escreva NÃO VERIFICADO quando faltarem dados.</w:t>
      </w:r>
    </w:p>
    <w:p>
      <w:r>
        <w:t>3. Separe fatos observados, hipóteses e implicações e nomeie um responsável pela revisão.</w:t>
      </w:r>
    </w:p>
    <w:p>
      <w:r>
        <w:t>4. Conserve a versão original e registre as mudanças relevantes ao atualizá-lo.</w:t>
      </w:r>
    </w:p>
    <w:p>
      <w:r>
        <w:rPr>
          <w:b/>
          <w:color w:val="4A1A64"/>
          <w:sz w:val="26"/>
        </w:rPr>
        <w:t>SEU TRABALHO</w:t>
      </w:r>
    </w:p>
    <w:p>
      <w:r>
        <w:t>Versão: ________   Data de corte: ________   Responsável: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Ator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Movimento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Fonte e data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Evidência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Interpretação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Hipótese rival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Implicação para a decisão</w:t>
            </w:r>
          </w:p>
        </w:tc>
        <w:tc>
          <w:tcPr>
            <w:tcW w:type="dxa" w:w="1725"/>
            <w:shd w:val="clear" w:color="auto" w:fill="F1EBFB"/>
          </w:tcPr>
          <w:p>
            <w:r>
              <w:rPr>
                <w:b/>
              </w:rPr>
              <w:t>Revisão</w:t>
            </w:r>
          </w:p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  <w:tr>
        <w:tc>
          <w:tcPr>
            <w:tcW w:type="dxa" w:w="1725"/>
          </w:tcPr>
          <w:p>
            <w:r>
              <w:br/>
            </w:r>
          </w:p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  <w:tc>
          <w:tcPr>
            <w:tcW w:type="dxa" w:w="1725"/>
          </w:tcPr>
          <w:p/>
        </w:tc>
      </w:tr>
    </w:tbl>
    <w:p>
      <w:r>
        <w:rPr>
          <w:b/>
          <w:color w:val="4A1A64"/>
          <w:sz w:val="24"/>
        </w:rPr>
        <w:t>Verificação final</w:t>
      </w:r>
    </w:p>
    <w:p>
      <w:r>
        <w:t>☐ Está claro qual decisão ou necessidade ele atende?</w:t>
      </w:r>
    </w:p>
    <w:p>
      <w:r>
        <w:t>☐ As evidências são localizáveis e têm data?</w:t>
      </w:r>
    </w:p>
    <w:p>
      <w:r>
        <w:t>☐ As incertezas e os limites estão explícitos?</w:t>
      </w:r>
    </w:p>
    <w:p>
      <w:r>
        <w:t>☐ Outra pessoa consegue repetir ou revisar o trabalho?</w:t>
      </w:r>
    </w:p>
    <w:p>
      <w:r>
        <w:rPr>
          <w:b/>
          <w:color w:val="4A1A64"/>
          <w:sz w:val="24"/>
        </w:rPr>
        <w:t>Erro que você deve evitar</w:t>
      </w:r>
    </w:p>
    <w:p>
      <w:r>
        <w:t>Não deduza participação de mercado nem capacidades ocultas a partir de uma única notícia.</w:t>
      </w:r>
    </w:p>
    <w:p>
      <w:r>
        <w:rPr>
          <w:b/>
          <w:color w:val="5E5370"/>
          <w:sz w:val="24"/>
        </w:rPr>
        <w:t>EXEMPLO FICTÍCIO · NÃO É O SEU CONTEÚDO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(simulação educativa). O perfil fictício descreve um concorrente com uma aliança anunciada, mas separa o acordo público da hipótese de entrada em um novo mercado.</w:t>
            </w:r>
          </w:p>
        </w:tc>
      </w:tr>
    </w:tbl>
    <w:p>
      <w:r>
        <w:rPr>
          <w:i/>
        </w:rPr>
        <w:t>caso totalmente fictício. As ferramentas têm finalidade educativa; não representam auditoria nem certificação.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R11 Perfil competitivo verificável</dc:title>
  <dc:subject/>
  <dc:creator>Innguma Intelligence Academy</dc:creator>
  <cp:keywords/>
  <dc:description>Situar movimentos competitivos e suas implicações.</dc:description>
  <cp:lastModifiedBy/>
  <cp:revision>1</cp:revision>
  <dcterms:created xsi:type="dcterms:W3CDTF">2026-11-04T15:30:50Z</dcterms:created>
  <dcterms:modified xsi:type="dcterms:W3CDTF">2026-11-04T15:30:50Z</dcterms:modified>
  <cp:category/>
</cp:coreProperties>
</file>