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R07 · Auditoria de resultados de IA</w:t>
      </w:r>
    </w:p>
    <w:p>
      <w:r>
        <w:rPr>
          <w:b/>
        </w:rPr>
        <w:t xml:space="preserve">Para que serve. </w:t>
      </w:r>
      <w:r>
        <w:t>Verificar cada afirmação antes de reutilizá-la.</w:t>
      </w:r>
    </w:p>
    <w:p>
      <w:r>
        <w:rPr>
          <w:b/>
        </w:rPr>
        <w:t xml:space="preserve">Quando usar. </w:t>
      </w:r>
      <w:r>
        <w:t>Antes de tomar uma decisão ou de atualizar o produto correspondente. Pode ser usado com uma planilha, um documento ou um caderno, sem licenças de software.</w:t>
      </w:r>
    </w:p>
    <w:p>
      <w:r>
        <w:rPr>
          <w:b/>
          <w:color w:val="4A1A64"/>
          <w:sz w:val="24"/>
        </w:rPr>
        <w:t>Como usar</w:t>
      </w:r>
    </w:p>
    <w:p>
      <w:r>
        <w:t>1. Comece pela decisão ou pergunta real que você precisa resolver e defina uma data de corte.</w:t>
      </w:r>
    </w:p>
    <w:p>
      <w:r>
        <w:t>2. Preencha apenas com informações verificáveis; escreva NÃO VERIFICADO quando faltarem dados.</w:t>
      </w:r>
    </w:p>
    <w:p>
      <w:r>
        <w:t>3. Separe fatos observados, hipóteses e implicações e nomeie um responsável pela revisão.</w:t>
      </w:r>
    </w:p>
    <w:p>
      <w:r>
        <w:t>4. Conserve a versão original e registre as mudanças relevantes ao atualizá-lo.</w:t>
      </w:r>
    </w:p>
    <w:p>
      <w:r>
        <w:rPr>
          <w:b/>
          <w:color w:val="4A1A64"/>
          <w:sz w:val="26"/>
        </w:rPr>
        <w:t>SEU TRABALHO</w:t>
      </w:r>
    </w:p>
    <w:p>
      <w:r>
        <w:t>Versão: ________   Data de corte: ________   Responsável: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Afirmação gerada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Evidência apresentada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Fonte verificada?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Classificação (fato / inferência / erro / sem evidência)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Correção / pergunta</w:t>
            </w:r>
          </w:p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Verificação final</w:t>
      </w:r>
    </w:p>
    <w:p>
      <w:r>
        <w:t>☐ Está claro qual decisão ou necessidade ele atende?</w:t>
      </w:r>
    </w:p>
    <w:p>
      <w:r>
        <w:t>☐ As evidências são localizáveis e têm data?</w:t>
      </w:r>
    </w:p>
    <w:p>
      <w:r>
        <w:t>☐ As incertezas e os limites estão explícitos?</w:t>
      </w:r>
    </w:p>
    <w:p>
      <w:r>
        <w:t>☐ Outra pessoa consegue repetir ou revisar o trabalho?</w:t>
      </w:r>
    </w:p>
    <w:p>
      <w:r>
        <w:rPr>
          <w:b/>
          <w:color w:val="4A1A64"/>
          <w:sz w:val="24"/>
        </w:rPr>
        <w:t>Erro que você deve evitar</w:t>
      </w:r>
    </w:p>
    <w:p>
      <w:r>
        <w:t>Não basta que a IA cite uma URL; é preciso verificar se ela respalda exatamente a afirmação.</w:t>
      </w:r>
    </w:p>
    <w:p>
      <w:r>
        <w:rPr>
          <w:b/>
          <w:color w:val="5E5370"/>
          <w:sz w:val="24"/>
        </w:rPr>
        <w:t>EXEMPLO FICTÍCIO · NÃO É O SEU CONTEÚDO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(simulação educativa). A IA sustenta que “a adoção industrial dobrou”. A Empresa A não dispõe de série histórica: a afirmação é marcada como SEM EVIDÊNCIA e removida do briefing.</w:t>
            </w:r>
          </w:p>
        </w:tc>
      </w:tr>
    </w:tbl>
    <w:p>
      <w:r>
        <w:rPr>
          <w:i/>
        </w:rPr>
        <w:t>caso totalmente fictício. As ferramentas têm finalidade educativa; não representam auditoria nem certificação.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R07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R07 Auditoria de resultados de IA</dc:title>
  <dc:subject/>
  <dc:creator>Innguma Intelligence Academy</dc:creator>
  <cp:keywords/>
  <dc:description>Verificar cada afirmação antes de reutilizá-la.</dc:description>
  <cp:lastModifiedBy/>
  <cp:revision>1</cp:revision>
  <dcterms:created xsi:type="dcterms:W3CDTF">2026-11-04T15:30:49Z</dcterms:created>
  <dcterms:modified xsi:type="dcterms:W3CDTF">2026-11-04T15:30:49Z</dcterms:modified>
  <cp:category/>
</cp:coreProperties>
</file>