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R08 · AA eskuordetzeko eta erabiltzeko kontratua</w:t>
      </w:r>
    </w:p>
    <w:p>
      <w:r>
        <w:rPr>
          <w:b/>
        </w:rPr>
        <w:t xml:space="preserve">Zertarako balio duen. </w:t>
      </w:r>
      <w:r>
        <w:t>Baimendutako zereginak, iturriak eta giza balidazioa definitzea.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Eskuordetutako zeregina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Gizakiarentzat gordetako erabakia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Baimendutako / baztertutako datuak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Eskuragarri dauden iturriak eta tresnak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Espero den irteera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Ziurgabetasuna adierazteko arauak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Kalitate-proba eta arduraduna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itsatsi informazio konfidentziala kanpoko laguntzaile batean, erakundearen baimenik gabe.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A enpresaren kasua (hezkuntza-simulazioa). A enpresak laguntzaile batek emandako 12 ohar fiktizio sailkatzea baimentzen du, baina ez du baimentzen iturriak asmatzea, ezta berrikuspenik gabe inbertsio bat gomendatzea ere.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R08 AA eskuordetzeko eta erabiltzeko kontratua</dc:title>
  <dc:subject/>
  <dc:creator>Innguma Intelligence Academy</dc:creator>
  <cp:keywords/>
  <dc:description>Baimendutako zereginak, iturriak eta giza balidazioa definitzea.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