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R06 · Seinaleen eta ebidentzien erregistroa</w:t>
      </w:r>
    </w:p>
    <w:p>
      <w:r>
        <w:rPr>
          <w:b/>
        </w:rPr>
        <w:t xml:space="preserve">Zertarako balio duen. </w:t>
      </w:r>
      <w:r>
        <w:t>Behaketa, iturria eta interpretazioa bereiztea.</w:t>
      </w:r>
    </w:p>
    <w:p>
      <w:r>
        <w:rPr>
          <w:b/>
        </w:rPr>
        <w:t xml:space="preserve">Noiz erabili. </w:t>
      </w:r>
      <w:r>
        <w:t>Erabaki bat hartu aurretik edo dagokion produktua eguneratu aurretik. Kalkulu-orri, dokumentu edo koaderno batekin erabil daiteke, softwarearen lizentziarik gabe.</w:t>
      </w:r>
    </w:p>
    <w:p>
      <w:r>
        <w:rPr>
          <w:b/>
          <w:color w:val="4A1A64"/>
          <w:sz w:val="24"/>
        </w:rPr>
        <w:t>Nola erabili</w:t>
      </w:r>
    </w:p>
    <w:p>
      <w:r>
        <w:t>1. Hasi benetan ebatzi behar duzun erabakiarekin edo galderarekin, eta zehaztu ebaketa-data bat.</w:t>
      </w:r>
    </w:p>
    <w:p>
      <w:r>
        <w:t>2. Bete egiaztagarria den informazioarekin soilik; idatzi EGIAZTATU GABE datuak falta direnean.</w:t>
      </w:r>
    </w:p>
    <w:p>
      <w:r>
        <w:t>3. Bereizi behatutako egitateak, hipotesiak eta ondorioak, eta izendatu berrikuspen-arduradun bat.</w:t>
      </w:r>
    </w:p>
    <w:p>
      <w:r>
        <w:t>4. Gorde jatorrizko bertsioa eta erregistratu aldaketa garrantzitsuak eguneratzean.</w:t>
      </w:r>
    </w:p>
    <w:p>
      <w:r>
        <w:rPr>
          <w:b/>
          <w:color w:val="4A1A64"/>
          <w:sz w:val="26"/>
        </w:rPr>
        <w:t>ZURE LANA</w:t>
      </w:r>
    </w:p>
    <w:p>
      <w:r>
        <w:t>Bertsioa: ________   Ebaketa-data: ________   Arduraduna: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3"/>
        <w:gridCol w:w="1533"/>
        <w:gridCol w:w="1533"/>
        <w:gridCol w:w="1533"/>
        <w:gridCol w:w="1533"/>
        <w:gridCol w:w="1533"/>
        <w:gridCol w:w="1533"/>
        <w:gridCol w:w="1533"/>
        <w:gridCol w:w="1533"/>
      </w:tblGrid>
      <w:tr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ID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Data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Jatorrizko iturria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Zer baieztatzen duen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Ebidentzia egiaztatua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Interpretazioa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Alternatiba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Garrantzia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Hurrengo proba</w:t>
            </w:r>
          </w:p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</w:tbl>
    <w:p>
      <w:r>
        <w:rPr>
          <w:b/>
          <w:color w:val="4A1A64"/>
          <w:sz w:val="24"/>
        </w:rPr>
        <w:t>Azken egiaztapena</w:t>
      </w:r>
    </w:p>
    <w:p>
      <w:r>
        <w:t>☐ Ulertzen al da zer erabaki edo behar betetzen duen?</w:t>
      </w:r>
    </w:p>
    <w:p>
      <w:r>
        <w:t>☐ Ebidentziak aurkitzeko modukoak al dira, eta haien data ageri al da?</w:t>
      </w:r>
    </w:p>
    <w:p>
      <w:r>
        <w:t>☐ Ziurgabetasunak eta mugak esplizituki adierazten al dira?</w:t>
      </w:r>
    </w:p>
    <w:p>
      <w:r>
        <w:t>☐ Beste pertsona batek errepika edo berrikus al dezake lana?</w:t>
      </w:r>
    </w:p>
    <w:p>
      <w:r>
        <w:rPr>
          <w:b/>
          <w:color w:val="4A1A64"/>
          <w:sz w:val="24"/>
        </w:rPr>
        <w:t>Saihestu beharreko akatsa</w:t>
      </w:r>
    </w:p>
    <w:p>
      <w:r>
        <w:t>Nota bera kopiatzen duten bost atarik errepikatutako baieztapenak ez dira bost ebidentzia independente.</w:t>
      </w:r>
    </w:p>
    <w:p>
      <w:r>
        <w:rPr>
          <w:b/>
          <w:color w:val="5E5370"/>
          <w:sz w:val="24"/>
        </w:rPr>
        <w:t>ADIBIDE FIKTIZIOA · EZ DA ZURE EDUKIA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A enpresaren kasua (hezkuntza-simulazioa). Albiste fiktizio batek biltegiratze termiko industrialeko pilotu baten berri ematen du. Egitatea: pilotu bat iragarri zen. Hipotesia: teknologia eskalatzetik gertu dago. Alternatiba: esplorazio-erakustaldi bat da.</w:t>
            </w:r>
          </w:p>
        </w:tc>
      </w:tr>
    </w:tbl>
    <w:p>
      <w:r>
        <w:rPr>
          <w:i/>
        </w:rPr>
        <w:t>erabat fikziozko kasua. Tresnek hezkuntza-helburua dute; ez dira ez auditoria bat ez ziurtagiri bat.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R06 Seinaleen eta ebidentzien erregistroa</dc:title>
  <dc:subject/>
  <dc:creator>Innguma Intelligence Academy</dc:creator>
  <cp:keywords/>
  <dc:description>Behaketa, iturria eta interpretazioa bereiztea.</dc:description>
  <cp:lastModifiedBy/>
  <cp:revision>1</cp:revision>
  <dcterms:created xsi:type="dcterms:W3CDTF">2026-11-04T15:30:42Z</dcterms:created>
  <dcterms:modified xsi:type="dcterms:W3CDTF">2026-11-04T15:30:42Z</dcterms:modified>
  <cp:category/>
</cp:coreProperties>
</file>