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R01 · Erabakien eta adimen-galderen mapa</w:t>
      </w:r>
    </w:p>
    <w:p>
      <w:r>
        <w:rPr>
          <w:b/>
        </w:rPr>
        <w:t xml:space="preserve">Zertarako balio duen. </w:t>
      </w:r>
      <w:r>
        <w:t>Erabakia, arduraduna, horizontea, alternatibak eta adimen-galdera.</w:t>
      </w:r>
    </w:p>
    <w:p>
      <w:r>
        <w:rPr>
          <w:b/>
        </w:rPr>
        <w:t xml:space="preserve">Noiz erabili. </w:t>
      </w:r>
      <w:r>
        <w:t>Erabaki bat hartu aurretik edo dagokion produktua eguneratu aurretik. Kalkulu-orri, dokumentu edo koaderno batekin erabil daiteke, softwarearen lizentziarik gabe.</w:t>
      </w:r>
    </w:p>
    <w:p>
      <w:r>
        <w:rPr>
          <w:b/>
          <w:color w:val="4A1A64"/>
          <w:sz w:val="24"/>
        </w:rPr>
        <w:t>Nola erabili</w:t>
      </w:r>
    </w:p>
    <w:p>
      <w:r>
        <w:t>1. Hasi benetan ebatzi behar duzun erabakiarekin edo galderarekin, eta zehaztu ebaketa-data bat.</w:t>
      </w:r>
    </w:p>
    <w:p>
      <w:r>
        <w:t>2. Bete egiaztagarria den informazioarekin soilik; idatzi EGIAZTATU GABE datuak falta direnean.</w:t>
      </w:r>
    </w:p>
    <w:p>
      <w:r>
        <w:t>3. Bereizi behatutako egitateak, hipotesiak eta ondorioak, eta izendatu berrikuspen-arduradun bat.</w:t>
      </w:r>
    </w:p>
    <w:p>
      <w:r>
        <w:t>4. Gorde jatorrizko bertsioa eta erregistratu aldaketa garrantzitsuak eguneratzean.</w:t>
      </w:r>
    </w:p>
    <w:p>
      <w:r>
        <w:rPr>
          <w:b/>
          <w:color w:val="4A1A64"/>
          <w:sz w:val="26"/>
        </w:rPr>
        <w:t>ZURE LANA</w:t>
      </w:r>
    </w:p>
    <w:p>
      <w:r>
        <w:t>Bertsioa: ________   Ebaketa-data: ________   Arduraduna: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00"/>
        <w:gridCol w:w="2300"/>
        <w:gridCol w:w="2300"/>
        <w:gridCol w:w="2300"/>
        <w:gridCol w:w="2300"/>
        <w:gridCol w:w="2300"/>
      </w:tblGrid>
      <w:tr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Erabakia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Arduraduna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Horizontea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Alternatibak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Galdera gakoa (KIQ)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Erabakia aldatuko lukeen aurkikuntza</w:t>
            </w:r>
          </w:p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</w:tbl>
    <w:p>
      <w:r>
        <w:rPr>
          <w:b/>
          <w:color w:val="4A1A64"/>
          <w:sz w:val="24"/>
        </w:rPr>
        <w:t>Azken egiaztapena</w:t>
      </w:r>
    </w:p>
    <w:p>
      <w:r>
        <w:t>☐ Ulertzen al da zer erabaki edo behar betetzen duen?</w:t>
      </w:r>
    </w:p>
    <w:p>
      <w:r>
        <w:t>☐ Ebidentziak aurkitzeko modukoak al dira, eta haien data ageri al da?</w:t>
      </w:r>
    </w:p>
    <w:p>
      <w:r>
        <w:t>☐ Ziurgabetasunak eta mugak esplizituki adierazten al dira?</w:t>
      </w:r>
    </w:p>
    <w:p>
      <w:r>
        <w:t>☐ Beste pertsona batek errepika edo berrikus al dezake lana?</w:t>
      </w:r>
    </w:p>
    <w:p>
      <w:r>
        <w:rPr>
          <w:b/>
          <w:color w:val="4A1A64"/>
          <w:sz w:val="24"/>
        </w:rPr>
        <w:t>Saihestu beharreko akatsa</w:t>
      </w:r>
    </w:p>
    <w:p>
      <w:r>
        <w:t>Ez idatzi galdera “teknologiari buruzko guztia” bezala; erabaki bat aldatzeko gai izan behar da.</w:t>
      </w:r>
    </w:p>
    <w:p>
      <w:r>
        <w:rPr>
          <w:b/>
          <w:color w:val="5E5370"/>
          <w:sz w:val="24"/>
        </w:rPr>
        <w:t>ADIBIDE FIKTIZIOA · EZ DA ZURE EDUKIA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A enpresaren kasua (hezkuntza-simulazioa). A enpresak biltegiratze termiko industriala aztertu behar duen aztertzen du; berrikuntza-zuzendariak 60 eguneko proba bat baimendu ala ez erabakiko du; galdera da zer ebidentzia tekniko eta adopzio-ebidentziak justifikatuko luketen inbertsio bat.</w:t>
            </w:r>
          </w:p>
        </w:tc>
      </w:tr>
    </w:tbl>
    <w:p>
      <w:r>
        <w:rPr>
          <w:i/>
        </w:rPr>
        <w:t>erabat fikziozko kasua. Tresnek hezkuntza-helburua dute; ez dira ez auditoria bat ez ziurtagiri bat.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R01 Erabakien eta adimen-galderen mapa</dc:title>
  <dc:subject/>
  <dc:creator>Innguma Intelligence Academy</dc:creator>
  <cp:keywords/>
  <dc:description>Erabakia, arduraduna, horizontea, alternatibak eta adimen-galdera.</dc:description>
  <cp:lastModifiedBy/>
  <cp:revision>1</cp:revision>
  <dcterms:created xsi:type="dcterms:W3CDTF">2026-11-04T15:30:42Z</dcterms:created>
  <dcterms:modified xsi:type="dcterms:W3CDTF">2026-11-04T15:30:42Z</dcterms:modified>
  <cp:category/>
</cp:coreProperties>
</file>