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B102B"/>
          <w:sz w:val="36"/>
        </w:rPr>
        <w:t>R13 · Escenarios y opciones robustas</w:t>
      </w:r>
    </w:p>
    <w:p>
      <w:r>
        <w:rPr>
          <w:b/>
        </w:rPr>
        <w:t xml:space="preserve">Para qué sirve. </w:t>
      </w:r>
      <w:r>
        <w:t>Explorar futuros alternativos y opciones condicionadas.</w:t>
      </w:r>
    </w:p>
    <w:p>
      <w:r>
        <w:rPr>
          <w:b/>
        </w:rPr>
        <w:t xml:space="preserve">Cuándo utilizarlo. </w:t>
      </w:r>
      <w:r>
        <w:t>Antes de adoptar una decisión o actualizar el producto correspondiente. Puede emplearse con una hoja de cálculo, un documento o un cuaderno, sin licencias de software.</w:t>
      </w:r>
    </w:p>
    <w:p>
      <w:r>
        <w:rPr>
          <w:b/>
          <w:color w:val="4A1A64"/>
          <w:sz w:val="24"/>
        </w:rPr>
        <w:t>Cómo usarlo</w:t>
      </w:r>
    </w:p>
    <w:p>
      <w:r>
        <w:t>1. Empieza por la decisión o pregunta real que necesitas resolver y define una fecha de corte.</w:t>
      </w:r>
    </w:p>
    <w:p>
      <w:r>
        <w:t>2. Completa solo con información comprobable; escribe NO VERIFICADO cuando falten datos.</w:t>
      </w:r>
    </w:p>
    <w:p>
      <w:r>
        <w:t>3. Separa hechos observados, hipótesis e implicaciones y nombra un responsable de revisión.</w:t>
      </w:r>
    </w:p>
    <w:p>
      <w:r>
        <w:t>4. Conserva la versión original y registra los cambios relevantes al actualizarlo.</w:t>
      </w:r>
    </w:p>
    <w:p>
      <w:r>
        <w:rPr>
          <w:b/>
          <w:color w:val="4A1A64"/>
          <w:sz w:val="26"/>
        </w:rPr>
        <w:t>TU TRABAJO</w:t>
      </w:r>
    </w:p>
    <w:p>
      <w:r>
        <w:t>Versión: ________   Fecha de corte: ________   Responsable: ________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6900"/>
        <w:gridCol w:w="6900"/>
      </w:tblGrid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Decisión focal y horizonte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Incertidumbre 1 y extremos (en Empresa A: adopción industrial, temprana / lenta)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  <w:tr>
        <w:tc>
          <w:tcPr>
            <w:tcW w:type="dxa" w:w="3118"/>
            <w:shd w:val="clear" w:color="auto" w:fill="F1EBFB"/>
          </w:tcPr>
          <w:p>
            <w:r>
              <w:rPr>
                <w:b/>
              </w:rPr>
              <w:t>Incertidumbre 2 y extremos (en Empresa A: integración y suministros, accesibles / restrictivos)</w:t>
            </w:r>
          </w:p>
        </w:tc>
        <w:tc>
          <w:tcPr>
            <w:tcW w:type="dxa" w:w="6803"/>
          </w:tcPr>
          <w:p>
            <w:r>
              <w:br/>
              <w:br/>
              <w:br/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60"/>
        <w:gridCol w:w="2760"/>
        <w:gridCol w:w="2760"/>
        <w:gridCol w:w="2760"/>
        <w:gridCol w:w="2760"/>
      </w:tblGrid>
      <w:tr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Escenario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Narrativa causal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Indicadores tempranos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Riesgos</w:t>
            </w:r>
          </w:p>
        </w:tc>
        <w:tc>
          <w:tcPr>
            <w:tcW w:type="dxa" w:w="2760"/>
            <w:shd w:val="clear" w:color="auto" w:fill="F1EBFB"/>
          </w:tcPr>
          <w:p>
            <w:r>
              <w:rPr>
                <w:b/>
              </w:rPr>
              <w:t>Opciones robustas</w:t>
            </w:r>
          </w:p>
        </w:tc>
      </w:tr>
      <w:tr>
        <w:tc>
          <w:tcPr>
            <w:tcW w:type="dxa" w:w="2760"/>
          </w:tcPr>
          <w:p>
            <w:r>
              <w:rPr>
                <w:b/>
              </w:rPr>
              <w:t>A</w:t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rPr>
                <w:b/>
              </w:rPr>
              <w:t>B</w:t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rPr>
                <w:b/>
              </w:rPr>
              <w:t>C</w:t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rPr>
                <w:b/>
              </w:rPr>
              <w:t>D</w:t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  <w:tr>
        <w:tc>
          <w:tcPr>
            <w:tcW w:type="dxa" w:w="2760"/>
          </w:tcPr>
          <w:p>
            <w:r>
              <w:br/>
            </w:r>
          </w:p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  <w:tc>
          <w:tcPr>
            <w:tcW w:type="dxa" w:w="2760"/>
          </w:tcPr>
          <w:p/>
        </w:tc>
      </w:tr>
    </w:tbl>
    <w:p>
      <w:r>
        <w:rPr>
          <w:b/>
          <w:color w:val="4A1A64"/>
          <w:sz w:val="24"/>
        </w:rPr>
        <w:t>Comprobación final</w:t>
      </w:r>
    </w:p>
    <w:p>
      <w:r>
        <w:t>☐ ¿Se entiende qué decisión o necesidad atiende?</w:t>
      </w:r>
    </w:p>
    <w:p>
      <w:r>
        <w:t>☐ ¿Son localizables las evidencias y consta su fecha?</w:t>
      </w:r>
    </w:p>
    <w:p>
      <w:r>
        <w:t>☐ ¿Se explicitan incertidumbres y límites?</w:t>
      </w:r>
    </w:p>
    <w:p>
      <w:r>
        <w:t>☐ ¿Puede otra persona repetir o revisar el trabajo?</w:t>
      </w:r>
    </w:p>
    <w:p>
      <w:r>
        <w:rPr>
          <w:b/>
          <w:color w:val="4A1A64"/>
          <w:sz w:val="24"/>
        </w:rPr>
        <w:t>Error que debes evitar</w:t>
      </w:r>
    </w:p>
    <w:p>
      <w:r>
        <w:t>Los escenarios no son predicciones ni porcentajes de probabilidad inventados.</w:t>
      </w:r>
    </w:p>
    <w:p>
      <w:r>
        <w:rPr>
          <w:b/>
          <w:color w:val="5E5370"/>
          <w:sz w:val="24"/>
        </w:rPr>
        <w:t>EJEMPLO FICTICIO · NO ES TU CONTENIDO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2F0F5"/>
          </w:tcPr>
          <w:p>
            <w:r>
              <w:rPr>
                <w:i/>
              </w:rPr>
              <w:t>Caso Empresa A (simulación educativa). Empresa A cruza adopción industrial (temprana/lenta) con integración y suministros (accesibles/restrictivos) y obtiene cuatro mundos: A · Expansión coordinada, B · Demanda bloqueada, C · Opcionalidad abierta y D · Estancamiento. La opción O2, un piloto limitado con socio e hitos de salida, se mantiene razonable en varios de ellos.</w:t>
            </w:r>
          </w:p>
        </w:tc>
      </w:tr>
    </w:tbl>
    <w:p>
      <w:r>
        <w:rPr>
          <w:i/>
        </w:rPr>
        <w:t>caso completamente ficticio. Las herramientas tienen finalidad educativa; no representan auditoría ni certificación.</w:t>
      </w: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Innguma Intelligence Academy · R13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R13 Escenarios y opciones robustas</dc:title>
  <dc:subject/>
  <dc:creator>Innguma Intelligence Academy</dc:creator>
  <cp:keywords/>
  <dc:description>Explorar futuros alternativos y opciones condicionadas.</dc:description>
  <cp:lastModifiedBy/>
  <cp:revision>1</cp:revision>
  <dcterms:created xsi:type="dcterms:W3CDTF">2026-11-04T15:30:38Z</dcterms:created>
  <dcterms:modified xsi:type="dcterms:W3CDTF">2026-11-04T15:30:38Z</dcterms:modified>
  <cp:category/>
</cp:coreProperties>
</file>